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2243" w14:textId="77777777" w:rsidR="00A41E42" w:rsidRPr="00A41E42" w:rsidRDefault="00A41E42">
      <w:pPr>
        <w:jc w:val="center"/>
        <w:rPr>
          <w:b/>
          <w:sz w:val="30"/>
          <w:lang w:val="el-GR"/>
        </w:rPr>
      </w:pPr>
      <w:r>
        <w:rPr>
          <w:rFonts w:ascii="Aptos Display" w:hAnsi="Aptos Display"/>
          <w:b/>
          <w:color w:val="1B2837"/>
          <w:sz w:val="48"/>
        </w:rPr>
        <w:t>KOMO</w:t>
      </w:r>
      <w:r w:rsidRPr="00AB3D29">
        <w:rPr>
          <w:rFonts w:ascii="Aptos Display" w:hAnsi="Aptos Display"/>
          <w:b/>
          <w:sz w:val="48"/>
        </w:rPr>
        <w:t>Tennis</w:t>
      </w:r>
      <w:r w:rsidRPr="00A41E42">
        <w:rPr>
          <w:rFonts w:ascii="Aptos Display" w:hAnsi="Aptos Display"/>
          <w:color w:val="1B2837"/>
          <w:sz w:val="48"/>
          <w:lang w:val="el-GR"/>
        </w:rPr>
        <w:t>2026</w:t>
      </w:r>
    </w:p>
    <w:p w14:paraId="6CAD60A5" w14:textId="77777777" w:rsidR="00B467B9" w:rsidRPr="00A41E42" w:rsidRDefault="00A335DC">
      <w:pPr>
        <w:jc w:val="center"/>
        <w:rPr>
          <w:lang w:val="el-GR"/>
        </w:rPr>
      </w:pPr>
      <w:r w:rsidRPr="00A41E42">
        <w:rPr>
          <w:b/>
          <w:sz w:val="30"/>
          <w:lang w:val="el-GR"/>
        </w:rPr>
        <w:t>ΔΗΛΩΣΗ ΣΥΜΜΕΤΟΧΗΣ ΣΤΟ ΤΟΥΡΝΟΥΑ ΤΕΝΙΣ</w:t>
      </w:r>
    </w:p>
    <w:tbl>
      <w:tblPr>
        <w:tblStyle w:val="TableGrid"/>
        <w:tblW w:w="0" w:type="auto"/>
        <w:tblLook w:val="04A0" w:firstRow="1" w:lastRow="0" w:firstColumn="1" w:lastColumn="0" w:noHBand="0" w:noVBand="1"/>
      </w:tblPr>
      <w:tblGrid>
        <w:gridCol w:w="5326"/>
        <w:gridCol w:w="5326"/>
      </w:tblGrid>
      <w:tr w:rsidR="00B467B9" w14:paraId="1176C989" w14:textId="77777777">
        <w:tc>
          <w:tcPr>
            <w:tcW w:w="5326" w:type="dxa"/>
            <w:vAlign w:val="center"/>
          </w:tcPr>
          <w:p w14:paraId="526180F8" w14:textId="77777777" w:rsidR="00B467B9" w:rsidRDefault="00A335DC">
            <w:r>
              <w:t xml:space="preserve">Ονομασία Τουρνουά: </w:t>
            </w:r>
            <w:r w:rsidR="00A41E42">
              <w:t>KOMOTennis2026</w:t>
            </w:r>
            <w:r>
              <w:t>____________________________________</w:t>
            </w:r>
          </w:p>
        </w:tc>
        <w:tc>
          <w:tcPr>
            <w:tcW w:w="5326" w:type="dxa"/>
            <w:vAlign w:val="center"/>
          </w:tcPr>
          <w:p w14:paraId="019D7AA5" w14:textId="77777777" w:rsidR="00B467B9" w:rsidRDefault="00A335DC">
            <w:r>
              <w:t>Ημερομηνία: ____ / ____ / ______</w:t>
            </w:r>
          </w:p>
        </w:tc>
      </w:tr>
      <w:tr w:rsidR="00B467B9" w14:paraId="7B331835" w14:textId="77777777">
        <w:tc>
          <w:tcPr>
            <w:tcW w:w="5326" w:type="dxa"/>
            <w:vAlign w:val="center"/>
          </w:tcPr>
          <w:p w14:paraId="151E4C17" w14:textId="77777777" w:rsidR="00B467B9" w:rsidRDefault="00A335DC">
            <w:r>
              <w:t>Τόπος Διεξαγωγής: ____________________________________</w:t>
            </w:r>
          </w:p>
        </w:tc>
        <w:tc>
          <w:tcPr>
            <w:tcW w:w="5326" w:type="dxa"/>
            <w:vAlign w:val="center"/>
          </w:tcPr>
          <w:p w14:paraId="4659B9A0" w14:textId="77777777" w:rsidR="00B467B9" w:rsidRDefault="00A335DC">
            <w:r>
              <w:t>Ώρα: ____________</w:t>
            </w:r>
          </w:p>
        </w:tc>
      </w:tr>
    </w:tbl>
    <w:p w14:paraId="7234B31F" w14:textId="77777777" w:rsidR="00B467B9" w:rsidRDefault="00A335DC">
      <w:pPr>
        <w:spacing w:before="100" w:after="60"/>
      </w:pPr>
      <w:r>
        <w:rPr>
          <w:b/>
          <w:sz w:val="20"/>
        </w:rPr>
        <w:t>1. ΣΤΟΙΧΕΙΑ ΑΘΛΗΤΗ / ΑΘΛΗΤΡΙΑΣ</w:t>
      </w:r>
    </w:p>
    <w:tbl>
      <w:tblPr>
        <w:tblStyle w:val="TableGrid"/>
        <w:tblW w:w="0" w:type="auto"/>
        <w:tblLook w:val="04A0" w:firstRow="1" w:lastRow="0" w:firstColumn="1" w:lastColumn="0" w:noHBand="0" w:noVBand="1"/>
      </w:tblPr>
      <w:tblGrid>
        <w:gridCol w:w="10652"/>
      </w:tblGrid>
      <w:tr w:rsidR="00B467B9" w14:paraId="2B0F56B6" w14:textId="77777777">
        <w:tc>
          <w:tcPr>
            <w:tcW w:w="10652" w:type="dxa"/>
            <w:vAlign w:val="center"/>
          </w:tcPr>
          <w:p w14:paraId="6AC88E7E" w14:textId="77777777" w:rsidR="00B467B9" w:rsidRDefault="00A335DC">
            <w:r>
              <w:t>Ονοματεπώνυμο: ______________________________________________________________</w:t>
            </w:r>
          </w:p>
        </w:tc>
      </w:tr>
      <w:tr w:rsidR="00B467B9" w14:paraId="33F68A95" w14:textId="77777777">
        <w:tc>
          <w:tcPr>
            <w:tcW w:w="10652" w:type="dxa"/>
            <w:vAlign w:val="center"/>
          </w:tcPr>
          <w:p w14:paraId="067E3CFE" w14:textId="77777777" w:rsidR="00B467B9" w:rsidRDefault="00A335DC">
            <w:r>
              <w:t>Ημερομηνία Γέννησης: ____ / ____ / ______    Τηλέφωνο: __________________________</w:t>
            </w:r>
          </w:p>
        </w:tc>
      </w:tr>
      <w:tr w:rsidR="00B467B9" w14:paraId="71D1A02A" w14:textId="77777777">
        <w:tc>
          <w:tcPr>
            <w:tcW w:w="10652" w:type="dxa"/>
            <w:vAlign w:val="center"/>
          </w:tcPr>
          <w:p w14:paraId="142F3359" w14:textId="77777777" w:rsidR="00B467B9" w:rsidRDefault="00A335DC">
            <w:r>
              <w:t>Email: ____________________________________    Σύλλογος / Όμιλος: ____________________</w:t>
            </w:r>
          </w:p>
        </w:tc>
      </w:tr>
    </w:tbl>
    <w:p w14:paraId="11FA6C5D" w14:textId="77777777" w:rsidR="00B467B9" w:rsidRDefault="00A335DC">
      <w:pPr>
        <w:spacing w:before="100" w:after="60"/>
      </w:pPr>
      <w:r>
        <w:rPr>
          <w:b/>
          <w:sz w:val="20"/>
        </w:rPr>
        <w:t>2. ΚΑΤΗΓΟΡΙΑ ΣΥΜΜΕΤΟΧΗΣ</w:t>
      </w:r>
    </w:p>
    <w:tbl>
      <w:tblPr>
        <w:tblStyle w:val="TableGrid"/>
        <w:tblW w:w="0" w:type="auto"/>
        <w:tblLook w:val="04A0" w:firstRow="1" w:lastRow="0" w:firstColumn="1" w:lastColumn="0" w:noHBand="0" w:noVBand="1"/>
      </w:tblPr>
      <w:tblGrid>
        <w:gridCol w:w="5326"/>
        <w:gridCol w:w="5326"/>
      </w:tblGrid>
      <w:tr w:rsidR="00B467B9" w14:paraId="0421B13C" w14:textId="77777777">
        <w:tc>
          <w:tcPr>
            <w:tcW w:w="5326" w:type="dxa"/>
            <w:shd w:val="clear" w:color="auto" w:fill="EDEDED"/>
            <w:vAlign w:val="center"/>
          </w:tcPr>
          <w:p w14:paraId="4F1BDE10" w14:textId="77777777" w:rsidR="00B467B9" w:rsidRDefault="00A335DC">
            <w:r>
              <w:rPr>
                <w:b/>
              </w:rPr>
              <w:t>ΠΑΙΔΙΚΕΣ ΚΑΤΗΓΟΡΙΕΣ</w:t>
            </w:r>
          </w:p>
        </w:tc>
        <w:tc>
          <w:tcPr>
            <w:tcW w:w="5326" w:type="dxa"/>
            <w:shd w:val="clear" w:color="auto" w:fill="EDEDED"/>
            <w:vAlign w:val="center"/>
          </w:tcPr>
          <w:p w14:paraId="7B22E114" w14:textId="77777777" w:rsidR="00B467B9" w:rsidRDefault="00A335DC">
            <w:r>
              <w:rPr>
                <w:b/>
              </w:rPr>
              <w:t>ΚΑΤΗΓΟΡΙΕΣ ΕΝΗΛΙΚΩΝ</w:t>
            </w:r>
          </w:p>
        </w:tc>
      </w:tr>
      <w:tr w:rsidR="00B467B9" w14:paraId="3C8B156C" w14:textId="77777777">
        <w:tc>
          <w:tcPr>
            <w:tcW w:w="5326" w:type="dxa"/>
            <w:vAlign w:val="center"/>
          </w:tcPr>
          <w:p w14:paraId="1B98ECBE" w14:textId="77777777" w:rsidR="00B467B9" w:rsidRDefault="00A335DC">
            <w:r>
              <w:t>☐ U10     ☐ U12</w:t>
            </w:r>
            <w:r>
              <w:br/>
              <w:t>☐ U14     ☐ U16</w:t>
            </w:r>
          </w:p>
        </w:tc>
        <w:tc>
          <w:tcPr>
            <w:tcW w:w="5326" w:type="dxa"/>
            <w:vAlign w:val="center"/>
          </w:tcPr>
          <w:p w14:paraId="54BEF35D" w14:textId="77777777" w:rsidR="00B467B9" w:rsidRDefault="00A335DC">
            <w:r>
              <w:t>☐ ΑΝΔΡΩΝ</w:t>
            </w:r>
            <w:r>
              <w:br/>
              <w:t>☐ ΓΥΝΑΙΚΩΝ</w:t>
            </w:r>
          </w:p>
        </w:tc>
      </w:tr>
      <w:tr w:rsidR="00B467B9" w14:paraId="30D59BB4" w14:textId="77777777">
        <w:tc>
          <w:tcPr>
            <w:tcW w:w="5326" w:type="dxa"/>
            <w:vAlign w:val="center"/>
          </w:tcPr>
          <w:p w14:paraId="3EC19385" w14:textId="77777777" w:rsidR="00B467B9" w:rsidRPr="00A41E42" w:rsidRDefault="00A335DC">
            <w:pPr>
              <w:rPr>
                <w:lang w:val="el-GR"/>
              </w:rPr>
            </w:pPr>
            <w:r w:rsidRPr="00A41E42">
              <w:rPr>
                <w:lang w:val="el-GR"/>
              </w:rPr>
              <w:t>Αγωνιστική κατηγορία: ☐ Μονό  ☐ Διπλό  ☐ Μονό &amp; Διπλό</w:t>
            </w:r>
          </w:p>
        </w:tc>
        <w:tc>
          <w:tcPr>
            <w:tcW w:w="5326" w:type="dxa"/>
            <w:vAlign w:val="center"/>
          </w:tcPr>
          <w:p w14:paraId="23453381" w14:textId="77777777" w:rsidR="00B467B9" w:rsidRDefault="00A335DC">
            <w:r>
              <w:t>Επίπεδο: ☐ Αρχάριος  ☐ Μεσαίο  ☐ Προχωρημένο</w:t>
            </w:r>
          </w:p>
        </w:tc>
      </w:tr>
    </w:tbl>
    <w:p w14:paraId="0DC318F1" w14:textId="77777777" w:rsidR="00B467B9" w:rsidRPr="00A41E42" w:rsidRDefault="00A335DC">
      <w:pPr>
        <w:spacing w:before="100" w:after="60"/>
        <w:rPr>
          <w:lang w:val="el-GR"/>
        </w:rPr>
      </w:pPr>
      <w:r w:rsidRPr="00A41E42">
        <w:rPr>
          <w:b/>
          <w:sz w:val="20"/>
          <w:lang w:val="el-GR"/>
        </w:rPr>
        <w:t>3. ΣΤΟΙΧΕΙΑ ΓΟΝΕΑ / ΚΗΔΕΜΟΝΑ (για αθλητές/αθλήτριες κάτω των 18 ετών)</w:t>
      </w:r>
    </w:p>
    <w:tbl>
      <w:tblPr>
        <w:tblStyle w:val="TableGrid"/>
        <w:tblW w:w="0" w:type="auto"/>
        <w:tblLook w:val="04A0" w:firstRow="1" w:lastRow="0" w:firstColumn="1" w:lastColumn="0" w:noHBand="0" w:noVBand="1"/>
      </w:tblPr>
      <w:tblGrid>
        <w:gridCol w:w="10652"/>
      </w:tblGrid>
      <w:tr w:rsidR="00B467B9" w14:paraId="7B39B1C1" w14:textId="77777777">
        <w:tc>
          <w:tcPr>
            <w:tcW w:w="10652" w:type="dxa"/>
            <w:vAlign w:val="center"/>
          </w:tcPr>
          <w:p w14:paraId="10A09325" w14:textId="77777777" w:rsidR="00B467B9" w:rsidRDefault="00A335DC">
            <w:r>
              <w:t>Ονοματεπώνυμο: ______________________________________________________________</w:t>
            </w:r>
          </w:p>
        </w:tc>
      </w:tr>
      <w:tr w:rsidR="00B467B9" w14:paraId="1660AC1D" w14:textId="77777777">
        <w:tc>
          <w:tcPr>
            <w:tcW w:w="10652" w:type="dxa"/>
            <w:vAlign w:val="center"/>
          </w:tcPr>
          <w:p w14:paraId="6F65259B" w14:textId="77777777" w:rsidR="00B467B9" w:rsidRDefault="00A335DC">
            <w:r>
              <w:t>Σχέση: ____________________    Τηλέφωνο: _______________________________________</w:t>
            </w:r>
          </w:p>
        </w:tc>
      </w:tr>
      <w:tr w:rsidR="00B467B9" w14:paraId="3E4E1CBA" w14:textId="77777777">
        <w:tc>
          <w:tcPr>
            <w:tcW w:w="10652" w:type="dxa"/>
            <w:vAlign w:val="center"/>
          </w:tcPr>
          <w:p w14:paraId="15B7914E" w14:textId="77777777" w:rsidR="00B467B9" w:rsidRDefault="00A335DC">
            <w:r>
              <w:t>Email: __________________________________    Τηλέφωνο έκτακτης ανάγκης: ______________</w:t>
            </w:r>
          </w:p>
        </w:tc>
      </w:tr>
    </w:tbl>
    <w:p w14:paraId="55B0D8AC" w14:textId="77777777" w:rsidR="00B467B9" w:rsidRDefault="00A335DC">
      <w:pPr>
        <w:spacing w:before="100" w:after="60"/>
      </w:pPr>
      <w:r>
        <w:rPr>
          <w:b/>
          <w:sz w:val="20"/>
        </w:rPr>
        <w:t>4. ΔΗΛΩΣΗ ΣΥΜΜΕΤΟΧΗΣ</w:t>
      </w:r>
    </w:p>
    <w:p w14:paraId="7C7514CC" w14:textId="77777777" w:rsidR="00B467B9" w:rsidRPr="00A41E42" w:rsidRDefault="00A335DC">
      <w:pPr>
        <w:rPr>
          <w:lang w:val="el-GR"/>
        </w:rPr>
      </w:pPr>
      <w:r w:rsidRPr="00A41E42">
        <w:rPr>
          <w:lang w:val="el-GR"/>
        </w:rPr>
        <w:t>Δηλώνω ότι επιθυμώ να συμμετάσχω στο Τουρνουά Τένις του Συλλόγου και αποδέχομαι τους κανονισμούς και τους όρους διεξαγωγής της διοργάνωσης. Δηλώνω επίσης ότι θα ακολουθώ τις οδηγίες των διοργανωτών και θα τηρώ τους κανόνες ευγενούς άμιλλας και αθλητικής συμπεριφοράς.</w:t>
      </w:r>
    </w:p>
    <w:p w14:paraId="32ABDFE7" w14:textId="77777777" w:rsidR="00B467B9" w:rsidRPr="00A41E42" w:rsidRDefault="00A335DC">
      <w:pPr>
        <w:spacing w:before="100" w:after="60"/>
        <w:rPr>
          <w:lang w:val="el-GR"/>
        </w:rPr>
      </w:pPr>
      <w:r w:rsidRPr="00A41E42">
        <w:rPr>
          <w:b/>
          <w:sz w:val="20"/>
          <w:lang w:val="el-GR"/>
        </w:rPr>
        <w:t>5. ΔΗΛΩΣΗ ΓΟΝΕΑ / ΚΗΔΕΜΟΝΑ</w:t>
      </w:r>
    </w:p>
    <w:p w14:paraId="06B97C42" w14:textId="77777777" w:rsidR="00B467B9" w:rsidRPr="00A41E42" w:rsidRDefault="00A335DC">
      <w:pPr>
        <w:rPr>
          <w:lang w:val="el-GR"/>
        </w:rPr>
      </w:pPr>
      <w:r w:rsidRPr="00A41E42">
        <w:rPr>
          <w:lang w:val="el-GR"/>
        </w:rPr>
        <w:t>Για τη συμμετοχή ανηλίκου, δηλώνω ότι είμαι ο/η γονέας / νόμιμος/η κηδεμόνας του/της παραπάνω αθλητή/αθλήτριας και συναινώ στη συμμετοχή του/της στο Τουρνουά Τένις.</w:t>
      </w:r>
    </w:p>
    <w:p w14:paraId="14E0B391" w14:textId="77777777" w:rsidR="00B467B9" w:rsidRDefault="00A335DC">
      <w:pPr>
        <w:spacing w:before="100" w:after="60"/>
      </w:pPr>
      <w:r>
        <w:rPr>
          <w:b/>
          <w:sz w:val="20"/>
        </w:rPr>
        <w:t>6. ΙΑΤΡΙΚΗ ΚΑΤΑΣΤΑΣΗ – ΕΚΤΑΚΤΗ ΑΝΑΓΚΗ</w:t>
      </w:r>
    </w:p>
    <w:tbl>
      <w:tblPr>
        <w:tblStyle w:val="TableGrid"/>
        <w:tblW w:w="0" w:type="auto"/>
        <w:tblLook w:val="04A0" w:firstRow="1" w:lastRow="0" w:firstColumn="1" w:lastColumn="0" w:noHBand="0" w:noVBand="1"/>
      </w:tblPr>
      <w:tblGrid>
        <w:gridCol w:w="10652"/>
      </w:tblGrid>
      <w:tr w:rsidR="00B467B9" w14:paraId="67907571" w14:textId="77777777">
        <w:tc>
          <w:tcPr>
            <w:tcW w:w="10652" w:type="dxa"/>
            <w:vAlign w:val="center"/>
          </w:tcPr>
          <w:p w14:paraId="0B556F03" w14:textId="77777777" w:rsidR="00B467B9" w:rsidRDefault="00A335DC">
            <w:r w:rsidRPr="00A41E42">
              <w:rPr>
                <w:lang w:val="el-GR"/>
              </w:rPr>
              <w:t xml:space="preserve">Υπάρχει σημαντική πληροφορία που πρέπει να γνωρίζει η διοργάνωση;   </w:t>
            </w:r>
            <w:r>
              <w:t>☐ ΟΧΙ    ☐ ΝΑΙ</w:t>
            </w:r>
          </w:p>
        </w:tc>
      </w:tr>
      <w:tr w:rsidR="00B467B9" w14:paraId="27124CBD" w14:textId="77777777">
        <w:tc>
          <w:tcPr>
            <w:tcW w:w="10652" w:type="dxa"/>
            <w:vAlign w:val="center"/>
          </w:tcPr>
          <w:p w14:paraId="2BF66876" w14:textId="77777777" w:rsidR="00B467B9" w:rsidRDefault="00A335DC">
            <w:r>
              <w:t>Πληροφορίες: _________________________________________________________________</w:t>
            </w:r>
          </w:p>
        </w:tc>
      </w:tr>
    </w:tbl>
    <w:p w14:paraId="0416A849" w14:textId="77777777" w:rsidR="00B467B9" w:rsidRDefault="00A335DC">
      <w:pPr>
        <w:spacing w:before="100" w:after="60"/>
      </w:pPr>
      <w:r>
        <w:rPr>
          <w:b/>
          <w:sz w:val="20"/>
        </w:rPr>
        <w:t>7. ΦΩΤΟΓΡΑΦΙΚΟ / ΟΠΤΙΚΟΑΚΟΥΣΤΙΚΟ ΥΛΙΚΟ</w:t>
      </w:r>
    </w:p>
    <w:p w14:paraId="74429FC7" w14:textId="77777777" w:rsidR="00B467B9" w:rsidRPr="00A41E42" w:rsidRDefault="00A335DC">
      <w:pPr>
        <w:rPr>
          <w:lang w:val="el-GR"/>
        </w:rPr>
      </w:pPr>
      <w:r w:rsidRPr="00A41E42">
        <w:rPr>
          <w:lang w:val="el-GR"/>
        </w:rPr>
        <w:t>Συναινώ στη λήψη και χρήση φωτογραφικού/οπτικοακουστικού υλικού από τη διοργάνωση για ενημέρωση και προβολή των αθλητικών δραστηριοτήτων του Συλλόγου:   ☐ ΣΥΝΑΙΝΩ    ☐ ΔΕΝ ΣΥΝΑΙΝΩ</w:t>
      </w:r>
    </w:p>
    <w:p w14:paraId="3AF89C64" w14:textId="77777777" w:rsidR="00B467B9" w:rsidRPr="00A41E42" w:rsidRDefault="00A335DC">
      <w:pPr>
        <w:spacing w:before="100" w:after="60"/>
        <w:rPr>
          <w:lang w:val="el-GR"/>
        </w:rPr>
      </w:pPr>
      <w:r w:rsidRPr="00A41E42">
        <w:rPr>
          <w:b/>
          <w:sz w:val="20"/>
          <w:lang w:val="el-GR"/>
        </w:rPr>
        <w:t>8. ΠΡΟΣΤΑΣΙΑ ΠΡΟΣΩΠΙΚΩΝ ΔΕΔΟΜΕΝΩΝ</w:t>
      </w:r>
    </w:p>
    <w:p w14:paraId="6E946EFC" w14:textId="77777777" w:rsidR="00B467B9" w:rsidRPr="00A41E42" w:rsidRDefault="00A335DC">
      <w:pPr>
        <w:rPr>
          <w:lang w:val="el-GR"/>
        </w:rPr>
      </w:pPr>
      <w:r w:rsidRPr="00A41E42">
        <w:rPr>
          <w:lang w:val="el-GR"/>
        </w:rPr>
        <w:t>Δηλώνω ότι έχω ενημερωθεί σχετικά με την επεξεργασία των προσωπικών δεδομένων που παρέχω στην παρούσα φόρμα και συναινώ στη χρήση τους αποκλειστικά για την οργάνωση, διεξαγωγή και επικοινωνία σχετικά με το τουρνουά, σύμφωνα με την ισχύουσα νομοθεσία περί προστασίας προσωπικών δεδομένων.</w:t>
      </w:r>
    </w:p>
    <w:tbl>
      <w:tblPr>
        <w:tblStyle w:val="TableGrid"/>
        <w:tblW w:w="0" w:type="auto"/>
        <w:tblLook w:val="04A0" w:firstRow="1" w:lastRow="0" w:firstColumn="1" w:lastColumn="0" w:noHBand="0" w:noVBand="1"/>
      </w:tblPr>
      <w:tblGrid>
        <w:gridCol w:w="5326"/>
        <w:gridCol w:w="5326"/>
      </w:tblGrid>
      <w:tr w:rsidR="00B467B9" w:rsidRPr="00A41E42" w14:paraId="05EBEA47" w14:textId="77777777">
        <w:tc>
          <w:tcPr>
            <w:tcW w:w="5326" w:type="dxa"/>
            <w:vAlign w:val="center"/>
          </w:tcPr>
          <w:p w14:paraId="4F729E66" w14:textId="77777777" w:rsidR="00B467B9" w:rsidRDefault="00A335DC">
            <w:r>
              <w:t>ΑΘΛΗΤΗΣ / ΑΘΛΗΤΡΙΑ</w:t>
            </w:r>
            <w:r>
              <w:br/>
            </w:r>
            <w:r>
              <w:br/>
              <w:t>Ονοματεπώνυμο: ______________________</w:t>
            </w:r>
            <w:r>
              <w:br/>
            </w:r>
            <w:r>
              <w:br/>
              <w:t>Υπογραφή: __________________________</w:t>
            </w:r>
          </w:p>
        </w:tc>
        <w:tc>
          <w:tcPr>
            <w:tcW w:w="5326" w:type="dxa"/>
            <w:vAlign w:val="center"/>
          </w:tcPr>
          <w:p w14:paraId="7B339BC6" w14:textId="77777777" w:rsidR="00B467B9" w:rsidRPr="00A41E42" w:rsidRDefault="00A335DC">
            <w:pPr>
              <w:rPr>
                <w:lang w:val="el-GR"/>
              </w:rPr>
            </w:pPr>
            <w:r w:rsidRPr="00A41E42">
              <w:rPr>
                <w:lang w:val="el-GR"/>
              </w:rPr>
              <w:t>ΓΟΝΕΑΣ / ΚΗΔΕΜΟΝΑΣ (για ανήλικο)</w:t>
            </w:r>
            <w:r w:rsidRPr="00A41E42">
              <w:rPr>
                <w:lang w:val="el-GR"/>
              </w:rPr>
              <w:br/>
            </w:r>
            <w:r w:rsidRPr="00A41E42">
              <w:rPr>
                <w:lang w:val="el-GR"/>
              </w:rPr>
              <w:br/>
              <w:t>Ονοματεπώνυμο: ______________________</w:t>
            </w:r>
            <w:r w:rsidRPr="00A41E42">
              <w:rPr>
                <w:lang w:val="el-GR"/>
              </w:rPr>
              <w:br/>
            </w:r>
            <w:r w:rsidRPr="00A41E42">
              <w:rPr>
                <w:lang w:val="el-GR"/>
              </w:rPr>
              <w:br/>
              <w:t>Υπογραφή: __________________________</w:t>
            </w:r>
          </w:p>
        </w:tc>
      </w:tr>
      <w:tr w:rsidR="00B467B9" w14:paraId="5B7C096C" w14:textId="77777777">
        <w:tc>
          <w:tcPr>
            <w:tcW w:w="5326" w:type="dxa"/>
            <w:vAlign w:val="center"/>
          </w:tcPr>
          <w:p w14:paraId="46875646" w14:textId="77777777" w:rsidR="00B467B9" w:rsidRDefault="00A335DC">
            <w:r>
              <w:t>Ημερομηνία: ____ / ____ / ______</w:t>
            </w:r>
          </w:p>
        </w:tc>
        <w:tc>
          <w:tcPr>
            <w:tcW w:w="5326" w:type="dxa"/>
            <w:vAlign w:val="center"/>
          </w:tcPr>
          <w:p w14:paraId="510582E9" w14:textId="77777777" w:rsidR="00B467B9" w:rsidRDefault="00A335DC">
            <w:r>
              <w:t>Ημερομηνία: ____ / ____ / ______</w:t>
            </w:r>
          </w:p>
        </w:tc>
      </w:tr>
    </w:tbl>
    <w:p w14:paraId="408259D6" w14:textId="77777777" w:rsidR="00B467B9" w:rsidRDefault="00A335DC">
      <w:pPr>
        <w:spacing w:before="100" w:after="60"/>
      </w:pPr>
      <w:r>
        <w:rPr>
          <w:b/>
          <w:sz w:val="20"/>
        </w:rPr>
        <w:t>ΓΙΑ ΧΡΗΣΗ ΑΠΟ ΤΟΝ ΣΥΛΛΟΓΟ</w:t>
      </w:r>
    </w:p>
    <w:tbl>
      <w:tblPr>
        <w:tblStyle w:val="TableGrid"/>
        <w:tblW w:w="0" w:type="auto"/>
        <w:tblLook w:val="04A0" w:firstRow="1" w:lastRow="0" w:firstColumn="1" w:lastColumn="0" w:noHBand="0" w:noVBand="1"/>
      </w:tblPr>
      <w:tblGrid>
        <w:gridCol w:w="3551"/>
        <w:gridCol w:w="3551"/>
        <w:gridCol w:w="3551"/>
      </w:tblGrid>
      <w:tr w:rsidR="00B467B9" w:rsidRPr="00A41E42" w14:paraId="5CA3C637" w14:textId="77777777">
        <w:tc>
          <w:tcPr>
            <w:tcW w:w="3551" w:type="dxa"/>
            <w:vAlign w:val="center"/>
          </w:tcPr>
          <w:p w14:paraId="63BD4C45" w14:textId="77777777" w:rsidR="00B467B9" w:rsidRDefault="00A335DC">
            <w:r>
              <w:rPr>
                <w:sz w:val="16"/>
              </w:rPr>
              <w:t>Αριθμός συμμετοχής: __________</w:t>
            </w:r>
          </w:p>
        </w:tc>
        <w:tc>
          <w:tcPr>
            <w:tcW w:w="3551" w:type="dxa"/>
            <w:vAlign w:val="center"/>
          </w:tcPr>
          <w:p w14:paraId="7023D1A0" w14:textId="77777777" w:rsidR="00B467B9" w:rsidRDefault="00A335DC">
            <w:r>
              <w:rPr>
                <w:sz w:val="16"/>
              </w:rPr>
              <w:t>Entry Fee: __________</w:t>
            </w:r>
          </w:p>
        </w:tc>
        <w:tc>
          <w:tcPr>
            <w:tcW w:w="3551" w:type="dxa"/>
            <w:vAlign w:val="center"/>
          </w:tcPr>
          <w:p w14:paraId="292DC9CF" w14:textId="77777777" w:rsidR="00B467B9" w:rsidRPr="00A41E42" w:rsidRDefault="00A335DC">
            <w:pPr>
              <w:rPr>
                <w:lang w:val="el-GR"/>
              </w:rPr>
            </w:pPr>
            <w:r w:rsidRPr="00A41E42">
              <w:rPr>
                <w:sz w:val="16"/>
                <w:lang w:val="el-GR"/>
              </w:rPr>
              <w:t xml:space="preserve">Πληρωμή: ☐ Μετρητά ☐ </w:t>
            </w:r>
            <w:r>
              <w:rPr>
                <w:sz w:val="16"/>
              </w:rPr>
              <w:t>POS</w:t>
            </w:r>
            <w:r w:rsidRPr="00A41E42">
              <w:rPr>
                <w:sz w:val="16"/>
                <w:lang w:val="el-GR"/>
              </w:rPr>
              <w:t xml:space="preserve"> ☐ Κατάθεση ☐ Άλλο</w:t>
            </w:r>
          </w:p>
        </w:tc>
      </w:tr>
      <w:tr w:rsidR="00B467B9" w14:paraId="75DB5A3D" w14:textId="77777777">
        <w:tc>
          <w:tcPr>
            <w:tcW w:w="10653" w:type="dxa"/>
            <w:gridSpan w:val="3"/>
            <w:vAlign w:val="center"/>
          </w:tcPr>
          <w:p w14:paraId="11F818C8" w14:textId="77777777" w:rsidR="00B467B9" w:rsidRDefault="00A335DC">
            <w:r>
              <w:rPr>
                <w:sz w:val="16"/>
              </w:rPr>
              <w:t>Παρατηρήσεις: _________________________________________________________________</w:t>
            </w:r>
          </w:p>
        </w:tc>
      </w:tr>
    </w:tbl>
    <w:p w14:paraId="7B21CF17" w14:textId="77777777" w:rsidR="00A335DC" w:rsidRDefault="00A335DC">
      <w:pPr>
        <w:rPr>
          <w:lang w:val="el-GR"/>
        </w:rPr>
      </w:pPr>
    </w:p>
    <w:p w14:paraId="5B12AC26" w14:textId="77777777" w:rsidR="00A41E42" w:rsidRPr="00A41E42" w:rsidRDefault="00A41E42">
      <w:pPr>
        <w:rPr>
          <w:lang w:val="el-GR"/>
        </w:rPr>
      </w:pPr>
      <w:r w:rsidRPr="008E083E">
        <w:rPr>
          <w:highlight w:val="yellow"/>
          <w:lang w:val="el-GR"/>
        </w:rPr>
        <w:t>Η αίτηση συμμετοχής αποστέλλεται συμπληρωμένη στο email: komotennis@yahoo.com</w:t>
      </w:r>
    </w:p>
    <w:sectPr w:rsidR="00A41E42" w:rsidRPr="00A41E42" w:rsidSect="00034616">
      <w:pgSz w:w="12240" w:h="15840"/>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639706">
    <w:abstractNumId w:val="8"/>
  </w:num>
  <w:num w:numId="2" w16cid:durableId="455682419">
    <w:abstractNumId w:val="6"/>
  </w:num>
  <w:num w:numId="3" w16cid:durableId="1519270958">
    <w:abstractNumId w:val="5"/>
  </w:num>
  <w:num w:numId="4" w16cid:durableId="1497069426">
    <w:abstractNumId w:val="4"/>
  </w:num>
  <w:num w:numId="5" w16cid:durableId="1842312447">
    <w:abstractNumId w:val="7"/>
  </w:num>
  <w:num w:numId="6" w16cid:durableId="1222181005">
    <w:abstractNumId w:val="3"/>
  </w:num>
  <w:num w:numId="7" w16cid:durableId="218518839">
    <w:abstractNumId w:val="2"/>
  </w:num>
  <w:num w:numId="8" w16cid:durableId="1144353583">
    <w:abstractNumId w:val="1"/>
  </w:num>
  <w:num w:numId="9" w16cid:durableId="1225991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15074B"/>
    <w:rsid w:val="0029639D"/>
    <w:rsid w:val="00326F90"/>
    <w:rsid w:val="00512AF0"/>
    <w:rsid w:val="00813AC0"/>
    <w:rsid w:val="008A0731"/>
    <w:rsid w:val="008E083E"/>
    <w:rsid w:val="00A335DC"/>
    <w:rsid w:val="00A41E42"/>
    <w:rsid w:val="00AA1D8D"/>
    <w:rsid w:val="00B467B9"/>
    <w:rsid w:val="00B47730"/>
    <w:rsid w:val="00CB0664"/>
    <w:rsid w:val="00FC693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5541D"/>
  <w15:docId w15:val="{853D7390-872C-41F1-ABB2-E83C166E7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41E42"/>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8821">
      <w:bodyDiv w:val="1"/>
      <w:marLeft w:val="0"/>
      <w:marRight w:val="0"/>
      <w:marTop w:val="0"/>
      <w:marBottom w:val="0"/>
      <w:divBdr>
        <w:top w:val="none" w:sz="0" w:space="0" w:color="auto"/>
        <w:left w:val="none" w:sz="0" w:space="0" w:color="auto"/>
        <w:bottom w:val="none" w:sz="0" w:space="0" w:color="auto"/>
        <w:right w:val="none" w:sz="0" w:space="0" w:color="auto"/>
      </w:divBdr>
    </w:div>
    <w:div w:id="1762793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89966-11B1-4A57-A528-8C7CBAE8B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442</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Magiopoulos Petros</cp:lastModifiedBy>
  <cp:revision>5</cp:revision>
  <dcterms:created xsi:type="dcterms:W3CDTF">2013-12-23T23:15:00Z</dcterms:created>
  <dcterms:modified xsi:type="dcterms:W3CDTF">2026-09-17T10:00:00Z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8c1004-b24f-4bde-8aad-2ae45b2e013d_Enabled">
    <vt:lpwstr>true</vt:lpwstr>
  </property>
  <property fmtid="{D5CDD505-2E9C-101B-9397-08002B2CF9AE}" pid="3" name="MSIP_Label_958c1004-b24f-4bde-8aad-2ae45b2e013d_SetDate">
    <vt:lpwstr>2026-09-17T10:00:30Z</vt:lpwstr>
  </property>
  <property fmtid="{D5CDD505-2E9C-101B-9397-08002B2CF9AE}" pid="4" name="MSIP_Label_958c1004-b24f-4bde-8aad-2ae45b2e013d_Method">
    <vt:lpwstr>Standard</vt:lpwstr>
  </property>
  <property fmtid="{D5CDD505-2E9C-101B-9397-08002B2CF9AE}" pid="5" name="MSIP_Label_958c1004-b24f-4bde-8aad-2ae45b2e013d_Name">
    <vt:lpwstr>Internal Use</vt:lpwstr>
  </property>
  <property fmtid="{D5CDD505-2E9C-101B-9397-08002B2CF9AE}" pid="6" name="MSIP_Label_958c1004-b24f-4bde-8aad-2ae45b2e013d_SiteId">
    <vt:lpwstr>4f1b3dbb-846d-4206-92b5-ac1cf048dbb2</vt:lpwstr>
  </property>
  <property fmtid="{D5CDD505-2E9C-101B-9397-08002B2CF9AE}" pid="7" name="MSIP_Label_958c1004-b24f-4bde-8aad-2ae45b2e013d_ActionId">
    <vt:lpwstr>2ade3321-0d16-4f24-9e16-384f8f631010</vt:lpwstr>
  </property>
  <property fmtid="{D5CDD505-2E9C-101B-9397-08002B2CF9AE}" pid="8" name="MSIP_Label_958c1004-b24f-4bde-8aad-2ae45b2e013d_ContentBits">
    <vt:lpwstr>0</vt:lpwstr>
  </property>
  <property fmtid="{D5CDD505-2E9C-101B-9397-08002B2CF9AE}" pid="9" name="MSIP_Label_958c1004-b24f-4bde-8aad-2ae45b2e013d_Tag">
    <vt:lpwstr>10, 3, 0, 1</vt:lpwstr>
  </property>
</Properties>
</file>